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7370"/>
      </w:tblGrid>
      <w:tr w:rsidR="00C230C6" w:rsidRPr="00BB7C1E" w14:paraId="7F45650E" w14:textId="77777777">
        <w:trPr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p w14:paraId="1CE97A18" w14:textId="77777777" w:rsidR="00C230C6" w:rsidRDefault="00C230C6"/>
          <w:p w14:paraId="43FDAE87" w14:textId="77777777" w:rsidR="00C230C6" w:rsidRPr="00C606CC" w:rsidRDefault="00B90D7F">
            <w:pPr>
              <w:spacing w:after="20"/>
              <w:jc w:val="center"/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4</w:t>
            </w:r>
          </w:p>
          <w:p w14:paraId="761D59A4" w14:textId="38ED8F7D" w:rsidR="00C230C6" w:rsidRPr="00C606CC" w:rsidRDefault="00B90D7F">
            <w:pPr>
              <w:spacing w:after="40"/>
              <w:jc w:val="center"/>
              <w:rPr>
                <w:lang w:val="ru-RU"/>
              </w:rPr>
            </w:pPr>
            <w:proofErr w:type="spellStart"/>
            <w:r w:rsidRPr="00C606CC">
              <w:rPr>
                <w:b/>
                <w:sz w:val="22"/>
                <w:lang w:val="ru-RU"/>
              </w:rPr>
              <w:t>Відгук</w:t>
            </w:r>
            <w:proofErr w:type="spellEnd"/>
            <w:r w:rsidRPr="00C606CC">
              <w:rPr>
                <w:b/>
                <w:sz w:val="22"/>
                <w:lang w:val="ru-RU"/>
              </w:rPr>
              <w:t xml:space="preserve"> і </w:t>
            </w:r>
            <w:proofErr w:type="spellStart"/>
            <w:r w:rsidRPr="00C606CC">
              <w:rPr>
                <w:b/>
                <w:sz w:val="22"/>
                <w:lang w:val="ru-RU"/>
              </w:rPr>
              <w:t>оцінка</w:t>
            </w:r>
            <w:proofErr w:type="spellEnd"/>
            <w:r w:rsidRPr="00C606CC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C606CC">
              <w:rPr>
                <w:b/>
                <w:sz w:val="22"/>
                <w:lang w:val="ru-RU"/>
              </w:rPr>
              <w:t>роботи</w:t>
            </w:r>
            <w:proofErr w:type="spellEnd"/>
            <w:r w:rsidRPr="00C606CC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C606CC">
              <w:rPr>
                <w:b/>
                <w:sz w:val="22"/>
                <w:lang w:val="ru-RU"/>
              </w:rPr>
              <w:t>здобу</w:t>
            </w:r>
            <w:proofErr w:type="spellEnd"/>
            <w:r w:rsidR="00C606CC">
              <w:rPr>
                <w:b/>
                <w:sz w:val="22"/>
                <w:lang w:val="uk-UA"/>
              </w:rPr>
              <w:t>в</w:t>
            </w:r>
            <w:proofErr w:type="spellStart"/>
            <w:r w:rsidRPr="00C606CC">
              <w:rPr>
                <w:b/>
                <w:sz w:val="22"/>
                <w:lang w:val="ru-RU"/>
              </w:rPr>
              <w:t>ача</w:t>
            </w:r>
            <w:proofErr w:type="spellEnd"/>
            <w:r w:rsidRPr="00C606CC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C606CC">
              <w:rPr>
                <w:b/>
                <w:sz w:val="22"/>
                <w:lang w:val="ru-RU"/>
              </w:rPr>
              <w:t>вищої</w:t>
            </w:r>
            <w:proofErr w:type="spellEnd"/>
            <w:r w:rsidRPr="00C606CC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C606CC">
              <w:rPr>
                <w:b/>
                <w:sz w:val="22"/>
                <w:lang w:val="ru-RU"/>
              </w:rPr>
              <w:t>освіти</w:t>
            </w:r>
            <w:proofErr w:type="spellEnd"/>
            <w:r w:rsidRPr="00C606CC">
              <w:rPr>
                <w:b/>
                <w:sz w:val="22"/>
                <w:lang w:val="ru-RU"/>
              </w:rPr>
              <w:t xml:space="preserve"> на</w:t>
            </w:r>
            <w:r w:rsidRPr="00C606CC">
              <w:rPr>
                <w:b/>
                <w:sz w:val="22"/>
                <w:lang w:val="ru-RU"/>
              </w:rPr>
              <w:br/>
            </w:r>
            <w:proofErr w:type="spellStart"/>
            <w:r w:rsidRPr="00C606CC">
              <w:rPr>
                <w:b/>
                <w:sz w:val="22"/>
                <w:lang w:val="ru-RU"/>
              </w:rPr>
              <w:t>практиці</w:t>
            </w:r>
            <w:proofErr w:type="spellEnd"/>
          </w:p>
          <w:p w14:paraId="5F04D84B" w14:textId="77777777" w:rsidR="00C230C6" w:rsidRPr="00C606CC" w:rsidRDefault="00C230C6">
            <w:pPr>
              <w:pBdr>
                <w:bottom w:val="single" w:sz="4" w:space="1" w:color="000000"/>
              </w:pBdr>
              <w:spacing w:line="215" w:lineRule="exact"/>
              <w:rPr>
                <w:lang w:val="ru-RU"/>
              </w:rPr>
            </w:pPr>
          </w:p>
          <w:p w14:paraId="57EAAEDB" w14:textId="77777777" w:rsidR="00C230C6" w:rsidRPr="00C606CC" w:rsidRDefault="00B90D7F">
            <w:pPr>
              <w:jc w:val="center"/>
              <w:rPr>
                <w:lang w:val="ru-RU"/>
              </w:rPr>
            </w:pPr>
            <w:r w:rsidRPr="00C606CC">
              <w:rPr>
                <w:sz w:val="14"/>
                <w:lang w:val="ru-RU"/>
              </w:rPr>
              <w:t>(</w:t>
            </w:r>
            <w:proofErr w:type="spellStart"/>
            <w:r w:rsidRPr="00C606CC">
              <w:rPr>
                <w:sz w:val="14"/>
                <w:lang w:val="ru-RU"/>
              </w:rPr>
              <w:t>назва</w:t>
            </w:r>
            <w:proofErr w:type="spellEnd"/>
            <w:r w:rsidRPr="00C606CC">
              <w:rPr>
                <w:sz w:val="14"/>
                <w:lang w:val="ru-RU"/>
              </w:rPr>
              <w:t xml:space="preserve"> </w:t>
            </w:r>
            <w:proofErr w:type="spellStart"/>
            <w:r w:rsidRPr="00C606CC">
              <w:rPr>
                <w:sz w:val="14"/>
                <w:lang w:val="ru-RU"/>
              </w:rPr>
              <w:t>підприємства</w:t>
            </w:r>
            <w:proofErr w:type="spellEnd"/>
            <w:r w:rsidRPr="00C606CC">
              <w:rPr>
                <w:sz w:val="14"/>
                <w:lang w:val="ru-RU"/>
              </w:rPr>
              <w:t xml:space="preserve">, </w:t>
            </w:r>
            <w:proofErr w:type="spellStart"/>
            <w:r w:rsidRPr="00C606CC">
              <w:rPr>
                <w:sz w:val="14"/>
                <w:lang w:val="ru-RU"/>
              </w:rPr>
              <w:t>організації</w:t>
            </w:r>
            <w:proofErr w:type="spellEnd"/>
            <w:r w:rsidRPr="00C606CC">
              <w:rPr>
                <w:sz w:val="14"/>
                <w:lang w:val="ru-RU"/>
              </w:rPr>
              <w:t>, установи)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370"/>
            </w:tblGrid>
            <w:tr w:rsidR="00C230C6" w:rsidRPr="00BB7C1E" w14:paraId="5CAB84C9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42D9D4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3E89AE1D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120D01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0EC922E3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E964B4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63CBEB8A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4C1B9B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2DC54777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17EBFF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104B440D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53720E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371D2842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7E6CB5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73C738AD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9E30E8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</w:tbl>
          <w:p w14:paraId="3CD6438D" w14:textId="77777777" w:rsidR="00C230C6" w:rsidRPr="00C606CC" w:rsidRDefault="00C230C6">
            <w:pPr>
              <w:rPr>
                <w:lang w:val="ru-RU"/>
              </w:rPr>
            </w:pPr>
          </w:p>
          <w:p w14:paraId="02EA580F" w14:textId="77777777" w:rsidR="00C230C6" w:rsidRPr="00C606CC" w:rsidRDefault="00B90D7F">
            <w:pPr>
              <w:spacing w:after="140"/>
              <w:jc w:val="center"/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Керівник</w:t>
            </w:r>
            <w:proofErr w:type="spellEnd"/>
            <w:r w:rsidRPr="00C606CC">
              <w:rPr>
                <w:sz w:val="18"/>
                <w:lang w:val="ru-RU"/>
              </w:rPr>
              <w:t xml:space="preserve"> практики </w:t>
            </w:r>
            <w:proofErr w:type="spellStart"/>
            <w:r w:rsidRPr="00C606CC">
              <w:rPr>
                <w:sz w:val="18"/>
                <w:lang w:val="ru-RU"/>
              </w:rPr>
              <w:t>від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підприємства</w:t>
            </w:r>
            <w:proofErr w:type="spellEnd"/>
            <w:r w:rsidRPr="00C606CC">
              <w:rPr>
                <w:sz w:val="18"/>
                <w:lang w:val="ru-RU"/>
              </w:rPr>
              <w:t xml:space="preserve">, </w:t>
            </w:r>
            <w:proofErr w:type="spellStart"/>
            <w:r w:rsidRPr="00C606CC">
              <w:rPr>
                <w:sz w:val="18"/>
                <w:lang w:val="ru-RU"/>
              </w:rPr>
              <w:t>організації</w:t>
            </w:r>
            <w:proofErr w:type="spellEnd"/>
            <w:r w:rsidRPr="00C606CC">
              <w:rPr>
                <w:sz w:val="18"/>
                <w:lang w:val="ru-RU"/>
              </w:rPr>
              <w:t>, установи</w:t>
            </w:r>
          </w:p>
          <w:p w14:paraId="7340F723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__________________                 __________________________</w:t>
            </w:r>
          </w:p>
          <w:p w14:paraId="1E55E2B2" w14:textId="13D64D8F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4"/>
                <w:lang w:val="ru-RU"/>
              </w:rPr>
              <w:t xml:space="preserve">   (</w:t>
            </w:r>
            <w:proofErr w:type="spellStart"/>
            <w:r w:rsidRPr="00C606CC">
              <w:rPr>
                <w:sz w:val="14"/>
                <w:lang w:val="ru-RU"/>
              </w:rPr>
              <w:t>підпис</w:t>
            </w:r>
            <w:proofErr w:type="spellEnd"/>
            <w:r w:rsidRPr="00C606CC">
              <w:rPr>
                <w:sz w:val="14"/>
                <w:lang w:val="ru-RU"/>
              </w:rPr>
              <w:t xml:space="preserve">)                                </w:t>
            </w:r>
            <w:r w:rsidR="00BB7C1E">
              <w:rPr>
                <w:sz w:val="14"/>
                <w:lang w:val="ru-RU"/>
              </w:rPr>
              <w:t xml:space="preserve">                                    </w:t>
            </w:r>
            <w:r w:rsidRPr="00C606CC">
              <w:rPr>
                <w:sz w:val="14"/>
                <w:lang w:val="ru-RU"/>
              </w:rPr>
              <w:t xml:space="preserve"> (</w:t>
            </w:r>
            <w:proofErr w:type="spellStart"/>
            <w:r w:rsidRPr="00C606CC">
              <w:rPr>
                <w:sz w:val="14"/>
                <w:lang w:val="ru-RU"/>
              </w:rPr>
              <w:t>ім’я</w:t>
            </w:r>
            <w:proofErr w:type="spellEnd"/>
            <w:r w:rsidRPr="00C606CC">
              <w:rPr>
                <w:sz w:val="14"/>
                <w:lang w:val="ru-RU"/>
              </w:rPr>
              <w:t>, ПРІЗВИЩЕ)</w:t>
            </w:r>
          </w:p>
          <w:p w14:paraId="5FE67D23" w14:textId="77777777" w:rsidR="00C230C6" w:rsidRPr="00C606CC" w:rsidRDefault="00B90D7F">
            <w:pPr>
              <w:spacing w:after="120"/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Печатка                                      «      »                  20     року</w:t>
            </w:r>
          </w:p>
          <w:p w14:paraId="285B8394" w14:textId="77777777" w:rsidR="00C230C6" w:rsidRPr="00C606CC" w:rsidRDefault="00B90D7F">
            <w:pPr>
              <w:pBdr>
                <w:bottom w:val="single" w:sz="4" w:space="1" w:color="000000"/>
              </w:pBdr>
              <w:spacing w:line="374" w:lineRule="exact"/>
              <w:jc w:val="center"/>
              <w:rPr>
                <w:lang w:val="ru-RU"/>
              </w:rPr>
            </w:pPr>
            <w:proofErr w:type="spellStart"/>
            <w:r w:rsidRPr="00C606CC">
              <w:rPr>
                <w:b/>
                <w:lang w:val="ru-RU"/>
              </w:rPr>
              <w:t>Висновок</w:t>
            </w:r>
            <w:proofErr w:type="spellEnd"/>
            <w:r w:rsidRPr="00C606CC">
              <w:rPr>
                <w:b/>
                <w:lang w:val="ru-RU"/>
              </w:rPr>
              <w:t xml:space="preserve"> </w:t>
            </w:r>
            <w:proofErr w:type="spellStart"/>
            <w:r w:rsidRPr="00C606CC">
              <w:rPr>
                <w:b/>
                <w:lang w:val="ru-RU"/>
              </w:rPr>
              <w:t>керівника</w:t>
            </w:r>
            <w:proofErr w:type="spellEnd"/>
            <w:r w:rsidRPr="00C606CC">
              <w:rPr>
                <w:b/>
                <w:lang w:val="ru-RU"/>
              </w:rPr>
              <w:t xml:space="preserve"> практики </w:t>
            </w:r>
            <w:proofErr w:type="spellStart"/>
            <w:r w:rsidRPr="00C606CC">
              <w:rPr>
                <w:b/>
                <w:lang w:val="ru-RU"/>
              </w:rPr>
              <w:t>від</w:t>
            </w:r>
            <w:proofErr w:type="spellEnd"/>
            <w:r w:rsidRPr="00C606CC">
              <w:rPr>
                <w:b/>
                <w:lang w:val="ru-RU"/>
              </w:rPr>
              <w:t xml:space="preserve"> закладу </w:t>
            </w:r>
            <w:proofErr w:type="spellStart"/>
            <w:r w:rsidRPr="00C606CC">
              <w:rPr>
                <w:b/>
                <w:lang w:val="ru-RU"/>
              </w:rPr>
              <w:t>вищої</w:t>
            </w:r>
            <w:proofErr w:type="spellEnd"/>
            <w:r w:rsidRPr="00C606CC">
              <w:rPr>
                <w:b/>
                <w:lang w:val="ru-RU"/>
              </w:rPr>
              <w:t xml:space="preserve"> </w:t>
            </w:r>
            <w:proofErr w:type="spellStart"/>
            <w:r w:rsidRPr="00C606CC">
              <w:rPr>
                <w:b/>
                <w:lang w:val="ru-RU"/>
              </w:rPr>
              <w:t>освіти</w:t>
            </w:r>
            <w:proofErr w:type="spellEnd"/>
            <w:r w:rsidRPr="00C606CC">
              <w:rPr>
                <w:b/>
                <w:lang w:val="ru-RU"/>
              </w:rPr>
              <w:t xml:space="preserve"> про</w:t>
            </w:r>
            <w:r w:rsidRPr="00C606CC">
              <w:rPr>
                <w:b/>
                <w:lang w:val="ru-RU"/>
              </w:rPr>
              <w:br/>
            </w:r>
            <w:proofErr w:type="spellStart"/>
            <w:r w:rsidRPr="00C606CC">
              <w:rPr>
                <w:b/>
                <w:lang w:val="ru-RU"/>
              </w:rPr>
              <w:t>проходження</w:t>
            </w:r>
            <w:proofErr w:type="spellEnd"/>
            <w:r w:rsidRPr="00C606CC">
              <w:rPr>
                <w:b/>
                <w:lang w:val="ru-RU"/>
              </w:rPr>
              <w:t xml:space="preserve"> практики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370"/>
            </w:tblGrid>
            <w:tr w:rsidR="00C230C6" w:rsidRPr="00BB7C1E" w14:paraId="24B2466A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D392C4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5FDFEC97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4428D9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67FC5348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843BF1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53114B45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13DCFA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56DF9B3E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8177D9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2EF2E0A0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538A70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  <w:tr w:rsidR="00C230C6" w:rsidRPr="00BB7C1E" w14:paraId="3A66A2DF" w14:textId="77777777">
              <w:trPr>
                <w:trHeight w:hRule="exact" w:val="193"/>
              </w:trPr>
              <w:tc>
                <w:tcPr>
                  <w:tcW w:w="737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6A03038" w14:textId="77777777" w:rsidR="00C230C6" w:rsidRPr="00C606CC" w:rsidRDefault="00C230C6">
                  <w:pPr>
                    <w:spacing w:line="20" w:lineRule="exact"/>
                    <w:rPr>
                      <w:lang w:val="ru-RU"/>
                    </w:rPr>
                  </w:pPr>
                </w:p>
              </w:tc>
            </w:tr>
          </w:tbl>
          <w:p w14:paraId="0E830647" w14:textId="77777777" w:rsidR="00C230C6" w:rsidRPr="00C606CC" w:rsidRDefault="00C230C6">
            <w:pPr>
              <w:rPr>
                <w:lang w:val="ru-RU"/>
              </w:rPr>
            </w:pPr>
          </w:p>
          <w:p w14:paraId="53948D49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 xml:space="preserve">Дата </w:t>
            </w:r>
            <w:proofErr w:type="spellStart"/>
            <w:r w:rsidRPr="00C606CC">
              <w:rPr>
                <w:sz w:val="18"/>
                <w:lang w:val="ru-RU"/>
              </w:rPr>
              <w:t>складання</w:t>
            </w:r>
            <w:proofErr w:type="spellEnd"/>
            <w:r w:rsidRPr="00C606CC">
              <w:rPr>
                <w:sz w:val="18"/>
                <w:lang w:val="ru-RU"/>
              </w:rPr>
              <w:t xml:space="preserve"> заліку «       » ______________ 20___ року</w:t>
            </w:r>
          </w:p>
          <w:p w14:paraId="04FD0BE8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Оцінка</w:t>
            </w:r>
            <w:proofErr w:type="spellEnd"/>
            <w:r w:rsidRPr="00C606CC">
              <w:rPr>
                <w:sz w:val="18"/>
                <w:lang w:val="ru-RU"/>
              </w:rPr>
              <w:t>:</w:t>
            </w:r>
          </w:p>
          <w:p w14:paraId="7ABE6359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 xml:space="preserve">за </w:t>
            </w:r>
            <w:proofErr w:type="spellStart"/>
            <w:r w:rsidRPr="00C606CC">
              <w:rPr>
                <w:sz w:val="18"/>
                <w:lang w:val="ru-RU"/>
              </w:rPr>
              <w:t>національною</w:t>
            </w:r>
            <w:proofErr w:type="spellEnd"/>
            <w:r w:rsidRPr="00C606CC">
              <w:rPr>
                <w:sz w:val="18"/>
                <w:lang w:val="ru-RU"/>
              </w:rPr>
              <w:t xml:space="preserve"> шкалою _______________________________</w:t>
            </w:r>
          </w:p>
          <w:p w14:paraId="74F643A4" w14:textId="77777777" w:rsidR="00C230C6" w:rsidRPr="00C606CC" w:rsidRDefault="00B90D7F">
            <w:pPr>
              <w:jc w:val="center"/>
              <w:rPr>
                <w:lang w:val="ru-RU"/>
              </w:rPr>
            </w:pPr>
            <w:r w:rsidRPr="00C606CC">
              <w:rPr>
                <w:sz w:val="14"/>
                <w:lang w:val="ru-RU"/>
              </w:rPr>
              <w:t xml:space="preserve">                                                        (</w:t>
            </w:r>
            <w:proofErr w:type="spellStart"/>
            <w:r w:rsidRPr="00C606CC">
              <w:rPr>
                <w:sz w:val="14"/>
                <w:lang w:val="ru-RU"/>
              </w:rPr>
              <w:t>літерами</w:t>
            </w:r>
            <w:proofErr w:type="spellEnd"/>
            <w:r w:rsidRPr="00C606CC">
              <w:rPr>
                <w:sz w:val="14"/>
                <w:lang w:val="ru-RU"/>
              </w:rPr>
              <w:t>)</w:t>
            </w:r>
          </w:p>
          <w:p w14:paraId="268DE397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за 100-бальною шкалою _______________________________</w:t>
            </w:r>
          </w:p>
          <w:p w14:paraId="2C60D8D2" w14:textId="77777777" w:rsidR="00C230C6" w:rsidRPr="00C606CC" w:rsidRDefault="00B90D7F">
            <w:pPr>
              <w:jc w:val="center"/>
              <w:rPr>
                <w:lang w:val="ru-RU"/>
              </w:rPr>
            </w:pPr>
            <w:r w:rsidRPr="00C606CC">
              <w:rPr>
                <w:sz w:val="14"/>
                <w:lang w:val="ru-RU"/>
              </w:rPr>
              <w:t xml:space="preserve">                                               (цифрами і </w:t>
            </w:r>
            <w:proofErr w:type="spellStart"/>
            <w:r w:rsidRPr="00C606CC">
              <w:rPr>
                <w:sz w:val="14"/>
                <w:lang w:val="ru-RU"/>
              </w:rPr>
              <w:t>літерами</w:t>
            </w:r>
            <w:proofErr w:type="spellEnd"/>
            <w:r w:rsidRPr="00C606CC">
              <w:rPr>
                <w:sz w:val="14"/>
                <w:lang w:val="ru-RU"/>
              </w:rPr>
              <w:t>)</w:t>
            </w:r>
          </w:p>
          <w:p w14:paraId="1A6AB646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за шкалою ЄКТС          _______________________________</w:t>
            </w:r>
          </w:p>
          <w:p w14:paraId="0ADF67EF" w14:textId="77777777" w:rsidR="00C230C6" w:rsidRPr="00C606CC" w:rsidRDefault="00B90D7F">
            <w:pPr>
              <w:spacing w:after="120"/>
              <w:jc w:val="center"/>
              <w:rPr>
                <w:lang w:val="ru-RU"/>
              </w:rPr>
            </w:pPr>
            <w:r w:rsidRPr="00C606CC">
              <w:rPr>
                <w:sz w:val="14"/>
                <w:lang w:val="ru-RU"/>
              </w:rPr>
              <w:t xml:space="preserve">                                               (цифрами і літерами)</w:t>
            </w:r>
          </w:p>
          <w:p w14:paraId="37A300C2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Керівник</w:t>
            </w:r>
            <w:proofErr w:type="spellEnd"/>
            <w:r w:rsidRPr="00C606CC">
              <w:rPr>
                <w:sz w:val="18"/>
                <w:lang w:val="ru-RU"/>
              </w:rPr>
              <w:t xml:space="preserve"> практики </w:t>
            </w:r>
            <w:proofErr w:type="spellStart"/>
            <w:r w:rsidRPr="00C606CC">
              <w:rPr>
                <w:sz w:val="18"/>
                <w:lang w:val="ru-RU"/>
              </w:rPr>
              <w:t>від</w:t>
            </w:r>
            <w:proofErr w:type="spellEnd"/>
            <w:r w:rsidRPr="00C606CC">
              <w:rPr>
                <w:sz w:val="18"/>
                <w:lang w:val="ru-RU"/>
              </w:rPr>
              <w:t xml:space="preserve"> закладу </w:t>
            </w:r>
            <w:proofErr w:type="spellStart"/>
            <w:r w:rsidRPr="00C606CC">
              <w:rPr>
                <w:sz w:val="18"/>
                <w:lang w:val="ru-RU"/>
              </w:rPr>
              <w:t>вищої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освіти</w:t>
            </w:r>
            <w:proofErr w:type="spellEnd"/>
          </w:p>
          <w:p w14:paraId="0360F084" w14:textId="77777777" w:rsidR="00C230C6" w:rsidRDefault="00B90D7F">
            <w:pPr>
              <w:spacing w:before="120"/>
            </w:pPr>
            <w:r>
              <w:rPr>
                <w:sz w:val="18"/>
              </w:rPr>
              <w:t>________________    _______________________________</w:t>
            </w:r>
          </w:p>
          <w:p w14:paraId="38F7A9DB" w14:textId="68F880CA" w:rsidR="00C230C6" w:rsidRDefault="00B90D7F">
            <w:r>
              <w:rPr>
                <w:sz w:val="14"/>
              </w:rPr>
              <w:t xml:space="preserve">    (підпис)                </w:t>
            </w:r>
            <w:r w:rsidR="00BB7C1E">
              <w:rPr>
                <w:sz w:val="14"/>
                <w:lang w:val="uk-UA"/>
              </w:rPr>
              <w:t xml:space="preserve">                                 </w:t>
            </w:r>
            <w:r>
              <w:rPr>
                <w:sz w:val="14"/>
              </w:rPr>
              <w:t xml:space="preserve"> (ім’я, ПРІЗВИЩЕ)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p w14:paraId="103C0F5A" w14:textId="77777777" w:rsidR="00C230C6" w:rsidRPr="00C606CC" w:rsidRDefault="00C230C6">
            <w:pPr>
              <w:rPr>
                <w:lang w:val="ru-RU"/>
              </w:rPr>
            </w:pPr>
          </w:p>
          <w:p w14:paraId="6B25AC89" w14:textId="77777777" w:rsidR="00C230C6" w:rsidRPr="00C606CC" w:rsidRDefault="00C230C6">
            <w:pPr>
              <w:spacing w:after="380"/>
              <w:rPr>
                <w:lang w:val="ru-RU"/>
              </w:rPr>
            </w:pPr>
          </w:p>
          <w:p w14:paraId="1F58F07E" w14:textId="77777777" w:rsidR="00C230C6" w:rsidRPr="00C606CC" w:rsidRDefault="00B90D7F">
            <w:pPr>
              <w:jc w:val="center"/>
              <w:rPr>
                <w:lang w:val="ru-RU"/>
              </w:rPr>
            </w:pPr>
            <w:proofErr w:type="spellStart"/>
            <w:r w:rsidRPr="00C606CC">
              <w:rPr>
                <w:b/>
                <w:sz w:val="32"/>
                <w:lang w:val="ru-RU"/>
              </w:rPr>
              <w:t>Харківський</w:t>
            </w:r>
            <w:proofErr w:type="spellEnd"/>
            <w:r w:rsidRPr="00C606CC">
              <w:rPr>
                <w:b/>
                <w:sz w:val="32"/>
                <w:lang w:val="ru-RU"/>
              </w:rPr>
              <w:t xml:space="preserve"> </w:t>
            </w:r>
            <w:proofErr w:type="spellStart"/>
            <w:r w:rsidRPr="00C606CC">
              <w:rPr>
                <w:b/>
                <w:sz w:val="32"/>
                <w:lang w:val="ru-RU"/>
              </w:rPr>
              <w:t>національний</w:t>
            </w:r>
            <w:proofErr w:type="spellEnd"/>
            <w:r w:rsidRPr="00C606CC">
              <w:rPr>
                <w:b/>
                <w:sz w:val="32"/>
                <w:lang w:val="ru-RU"/>
              </w:rPr>
              <w:t xml:space="preserve"> </w:t>
            </w:r>
            <w:proofErr w:type="spellStart"/>
            <w:r w:rsidRPr="00C606CC">
              <w:rPr>
                <w:b/>
                <w:sz w:val="32"/>
                <w:lang w:val="ru-RU"/>
              </w:rPr>
              <w:t>університет</w:t>
            </w:r>
            <w:proofErr w:type="spellEnd"/>
            <w:r w:rsidRPr="00C606CC">
              <w:rPr>
                <w:b/>
                <w:sz w:val="32"/>
                <w:lang w:val="ru-RU"/>
              </w:rPr>
              <w:br/>
            </w:r>
            <w:proofErr w:type="spellStart"/>
            <w:r w:rsidRPr="00C606CC">
              <w:rPr>
                <w:b/>
                <w:sz w:val="32"/>
                <w:lang w:val="ru-RU"/>
              </w:rPr>
              <w:t>радіоелектроніки</w:t>
            </w:r>
            <w:proofErr w:type="spellEnd"/>
          </w:p>
          <w:p w14:paraId="320EDAD4" w14:textId="77777777" w:rsidR="00C230C6" w:rsidRPr="00C606CC" w:rsidRDefault="00C230C6">
            <w:pPr>
              <w:spacing w:after="1460"/>
              <w:rPr>
                <w:lang w:val="ru-RU"/>
              </w:rPr>
            </w:pPr>
          </w:p>
          <w:p w14:paraId="7EEDD4AC" w14:textId="77777777" w:rsidR="00C230C6" w:rsidRPr="00C606CC" w:rsidRDefault="00B90D7F">
            <w:pPr>
              <w:spacing w:after="140"/>
              <w:jc w:val="center"/>
              <w:rPr>
                <w:lang w:val="ru-RU"/>
              </w:rPr>
            </w:pPr>
            <w:r w:rsidRPr="00C606CC">
              <w:rPr>
                <w:b/>
                <w:sz w:val="30"/>
                <w:lang w:val="ru-RU"/>
              </w:rPr>
              <w:t>ЩОДЕННИК ПРАКТИКИ</w:t>
            </w:r>
          </w:p>
          <w:p w14:paraId="0504CCA4" w14:textId="77777777" w:rsidR="00C230C6" w:rsidRPr="00C606CC" w:rsidRDefault="00C230C6">
            <w:pPr>
              <w:pBdr>
                <w:bottom w:val="single" w:sz="4" w:space="1" w:color="000000"/>
              </w:pBdr>
              <w:spacing w:line="142" w:lineRule="exact"/>
              <w:rPr>
                <w:lang w:val="ru-RU"/>
              </w:rPr>
            </w:pPr>
          </w:p>
          <w:p w14:paraId="242B5053" w14:textId="77777777" w:rsidR="00C230C6" w:rsidRPr="00C606CC" w:rsidRDefault="00B90D7F">
            <w:pPr>
              <w:spacing w:after="100"/>
              <w:jc w:val="center"/>
              <w:rPr>
                <w:lang w:val="ru-RU"/>
              </w:rPr>
            </w:pPr>
            <w:r w:rsidRPr="00C606CC">
              <w:rPr>
                <w:sz w:val="16"/>
                <w:lang w:val="ru-RU"/>
              </w:rPr>
              <w:t xml:space="preserve">(вид і </w:t>
            </w:r>
            <w:proofErr w:type="spellStart"/>
            <w:r w:rsidRPr="00C606CC">
              <w:rPr>
                <w:sz w:val="16"/>
                <w:lang w:val="ru-RU"/>
              </w:rPr>
              <w:t>назва</w:t>
            </w:r>
            <w:proofErr w:type="spellEnd"/>
            <w:r w:rsidRPr="00C606CC">
              <w:rPr>
                <w:sz w:val="16"/>
                <w:lang w:val="ru-RU"/>
              </w:rPr>
              <w:t xml:space="preserve"> практики)</w:t>
            </w:r>
          </w:p>
          <w:p w14:paraId="2CB54217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здобувача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вищої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освіти</w:t>
            </w:r>
            <w:proofErr w:type="spellEnd"/>
            <w:r w:rsidRPr="00C606CC">
              <w:rPr>
                <w:sz w:val="18"/>
                <w:lang w:val="ru-RU"/>
              </w:rPr>
              <w:t>_________________________________</w:t>
            </w:r>
          </w:p>
          <w:p w14:paraId="40B54033" w14:textId="77777777" w:rsidR="00C230C6" w:rsidRPr="00C606CC" w:rsidRDefault="00B90D7F">
            <w:pPr>
              <w:spacing w:after="100"/>
              <w:jc w:val="center"/>
              <w:rPr>
                <w:lang w:val="ru-RU"/>
              </w:rPr>
            </w:pPr>
            <w:r w:rsidRPr="00C606CC">
              <w:rPr>
                <w:sz w:val="16"/>
                <w:lang w:val="ru-RU"/>
              </w:rPr>
              <w:t xml:space="preserve">                                      (</w:t>
            </w:r>
            <w:proofErr w:type="spellStart"/>
            <w:r w:rsidRPr="00C606CC">
              <w:rPr>
                <w:sz w:val="16"/>
                <w:lang w:val="ru-RU"/>
              </w:rPr>
              <w:t>прізвище</w:t>
            </w:r>
            <w:proofErr w:type="spellEnd"/>
            <w:r w:rsidRPr="00C606CC">
              <w:rPr>
                <w:sz w:val="16"/>
                <w:lang w:val="ru-RU"/>
              </w:rPr>
              <w:t xml:space="preserve">, </w:t>
            </w:r>
            <w:proofErr w:type="spellStart"/>
            <w:r w:rsidRPr="00C606CC">
              <w:rPr>
                <w:sz w:val="16"/>
                <w:lang w:val="ru-RU"/>
              </w:rPr>
              <w:t>ім’я</w:t>
            </w:r>
            <w:proofErr w:type="spellEnd"/>
            <w:r w:rsidRPr="00C606CC">
              <w:rPr>
                <w:sz w:val="16"/>
                <w:lang w:val="ru-RU"/>
              </w:rPr>
              <w:t xml:space="preserve">, по </w:t>
            </w:r>
            <w:proofErr w:type="spellStart"/>
            <w:r w:rsidRPr="00C606CC">
              <w:rPr>
                <w:sz w:val="16"/>
                <w:lang w:val="ru-RU"/>
              </w:rPr>
              <w:t>батькові</w:t>
            </w:r>
            <w:proofErr w:type="spellEnd"/>
            <w:r w:rsidRPr="00C606CC">
              <w:rPr>
                <w:sz w:val="16"/>
                <w:lang w:val="ru-RU"/>
              </w:rPr>
              <w:t>)</w:t>
            </w:r>
          </w:p>
          <w:p w14:paraId="046CC830" w14:textId="77777777" w:rsidR="00C230C6" w:rsidRPr="00C606CC" w:rsidRDefault="00B90D7F">
            <w:pPr>
              <w:spacing w:after="160"/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Факультет_____________________________________________</w:t>
            </w:r>
          </w:p>
          <w:p w14:paraId="5C487CE1" w14:textId="77777777" w:rsidR="00C230C6" w:rsidRPr="00C606CC" w:rsidRDefault="00B90D7F">
            <w:pPr>
              <w:spacing w:after="160"/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Кафедра ______________________________________________</w:t>
            </w:r>
          </w:p>
          <w:p w14:paraId="63EB9A5B" w14:textId="6CA04717" w:rsidR="00C230C6" w:rsidRPr="00C606CC" w:rsidRDefault="00B90D7F">
            <w:pPr>
              <w:spacing w:after="160"/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Освітній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рівень</w:t>
            </w:r>
            <w:proofErr w:type="spellEnd"/>
            <w:r w:rsidRPr="00C606CC">
              <w:rPr>
                <w:sz w:val="18"/>
                <w:lang w:val="ru-RU"/>
              </w:rPr>
              <w:t xml:space="preserve"> _______________________________________</w:t>
            </w:r>
          </w:p>
          <w:p w14:paraId="608D6DFF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Спеціальність</w:t>
            </w:r>
            <w:proofErr w:type="spellEnd"/>
            <w:r w:rsidRPr="00C606CC">
              <w:rPr>
                <w:sz w:val="18"/>
                <w:lang w:val="ru-RU"/>
              </w:rPr>
              <w:t xml:space="preserve"> _________________________________________</w:t>
            </w:r>
          </w:p>
          <w:p w14:paraId="2CC1C0C8" w14:textId="77777777" w:rsidR="00C230C6" w:rsidRPr="00C606CC" w:rsidRDefault="00B90D7F">
            <w:pPr>
              <w:spacing w:after="100"/>
              <w:jc w:val="center"/>
              <w:rPr>
                <w:lang w:val="ru-RU"/>
              </w:rPr>
            </w:pPr>
            <w:r w:rsidRPr="00C606CC">
              <w:rPr>
                <w:sz w:val="16"/>
                <w:lang w:val="ru-RU"/>
              </w:rPr>
              <w:t xml:space="preserve">                                      (код і </w:t>
            </w:r>
            <w:proofErr w:type="spellStart"/>
            <w:r w:rsidRPr="00C606CC">
              <w:rPr>
                <w:sz w:val="16"/>
                <w:lang w:val="ru-RU"/>
              </w:rPr>
              <w:t>назва</w:t>
            </w:r>
            <w:proofErr w:type="spellEnd"/>
            <w:r w:rsidRPr="00C606CC">
              <w:rPr>
                <w:sz w:val="16"/>
                <w:lang w:val="ru-RU"/>
              </w:rPr>
              <w:t>)</w:t>
            </w:r>
          </w:p>
          <w:p w14:paraId="200D76C6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Освітня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програма</w:t>
            </w:r>
            <w:proofErr w:type="spellEnd"/>
            <w:r w:rsidRPr="00C606CC">
              <w:rPr>
                <w:sz w:val="18"/>
                <w:lang w:val="ru-RU"/>
              </w:rPr>
              <w:t>_______________________________________</w:t>
            </w:r>
          </w:p>
          <w:p w14:paraId="3F9253A9" w14:textId="77777777" w:rsidR="00C230C6" w:rsidRPr="00C606CC" w:rsidRDefault="00B90D7F">
            <w:pPr>
              <w:spacing w:after="160"/>
              <w:jc w:val="center"/>
              <w:rPr>
                <w:lang w:val="ru-RU"/>
              </w:rPr>
            </w:pPr>
            <w:r w:rsidRPr="00C606CC">
              <w:rPr>
                <w:sz w:val="16"/>
                <w:lang w:val="ru-RU"/>
              </w:rPr>
              <w:t xml:space="preserve">                                      (</w:t>
            </w:r>
            <w:proofErr w:type="spellStart"/>
            <w:r w:rsidRPr="00C606CC">
              <w:rPr>
                <w:sz w:val="16"/>
                <w:lang w:val="ru-RU"/>
              </w:rPr>
              <w:t>назва</w:t>
            </w:r>
            <w:proofErr w:type="spellEnd"/>
            <w:r w:rsidRPr="00C606CC">
              <w:rPr>
                <w:sz w:val="16"/>
                <w:lang w:val="ru-RU"/>
              </w:rPr>
              <w:t>)</w:t>
            </w:r>
          </w:p>
          <w:p w14:paraId="6BA04A0A" w14:textId="77777777" w:rsidR="00C230C6" w:rsidRPr="00C606CC" w:rsidRDefault="00B90D7F">
            <w:pPr>
              <w:jc w:val="center"/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 xml:space="preserve">____________ </w:t>
            </w:r>
            <w:proofErr w:type="spellStart"/>
            <w:r w:rsidRPr="00C606CC">
              <w:rPr>
                <w:sz w:val="18"/>
                <w:lang w:val="ru-RU"/>
              </w:rPr>
              <w:t>рік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навчання</w:t>
            </w:r>
            <w:proofErr w:type="spellEnd"/>
            <w:r w:rsidRPr="00C606CC">
              <w:rPr>
                <w:sz w:val="18"/>
                <w:lang w:val="ru-RU"/>
              </w:rPr>
              <w:t xml:space="preserve">, </w:t>
            </w:r>
            <w:proofErr w:type="spellStart"/>
            <w:r w:rsidRPr="00C606CC">
              <w:rPr>
                <w:sz w:val="18"/>
                <w:lang w:val="ru-RU"/>
              </w:rPr>
              <w:t>група</w:t>
            </w:r>
            <w:proofErr w:type="spellEnd"/>
            <w:r w:rsidRPr="00C606CC">
              <w:rPr>
                <w:sz w:val="18"/>
                <w:lang w:val="ru-RU"/>
              </w:rPr>
              <w:t xml:space="preserve"> ___________________</w:t>
            </w:r>
          </w:p>
        </w:tc>
      </w:tr>
    </w:tbl>
    <w:p w14:paraId="2442BB01" w14:textId="77777777" w:rsidR="00C230C6" w:rsidRPr="00C606CC" w:rsidRDefault="00B90D7F">
      <w:pPr>
        <w:rPr>
          <w:lang w:val="ru-RU"/>
        </w:rPr>
      </w:pPr>
      <w:r w:rsidRPr="00C606CC">
        <w:rPr>
          <w:lang w:val="ru-RU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7370"/>
      </w:tblGrid>
      <w:tr w:rsidR="00C230C6" w:rsidRPr="00BB7C1E" w14:paraId="3B40EC0C" w14:textId="77777777">
        <w:trPr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p w14:paraId="2F0CE503" w14:textId="77777777" w:rsidR="00C230C6" w:rsidRPr="00C606CC" w:rsidRDefault="00C230C6">
            <w:pPr>
              <w:rPr>
                <w:lang w:val="ru-RU"/>
              </w:rPr>
            </w:pPr>
          </w:p>
          <w:p w14:paraId="1CBA8127" w14:textId="77777777" w:rsidR="00C230C6" w:rsidRPr="00C606CC" w:rsidRDefault="00B90D7F">
            <w:pPr>
              <w:spacing w:after="20"/>
              <w:jc w:val="center"/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2</w:t>
            </w:r>
          </w:p>
          <w:p w14:paraId="39F97F93" w14:textId="77777777" w:rsidR="00C230C6" w:rsidRPr="00C606CC" w:rsidRDefault="00B90D7F">
            <w:pPr>
              <w:spacing w:after="180"/>
              <w:jc w:val="center"/>
              <w:rPr>
                <w:lang w:val="ru-RU"/>
              </w:rPr>
            </w:pPr>
            <w:r w:rsidRPr="00C606CC">
              <w:rPr>
                <w:sz w:val="22"/>
                <w:lang w:val="ru-RU"/>
              </w:rPr>
              <w:t>НАПРАВЛЕННЯ НА ПРАКТИКУ</w:t>
            </w:r>
          </w:p>
          <w:p w14:paraId="339FEC0A" w14:textId="2C0BF67E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Здо</w:t>
            </w:r>
            <w:r w:rsidR="00BB7C1E">
              <w:rPr>
                <w:sz w:val="18"/>
                <w:lang w:val="ru-RU"/>
              </w:rPr>
              <w:t>б</w:t>
            </w:r>
            <w:r w:rsidRPr="00C606CC">
              <w:rPr>
                <w:sz w:val="18"/>
                <w:lang w:val="ru-RU"/>
              </w:rPr>
              <w:t>увач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вищої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освіти</w:t>
            </w:r>
            <w:proofErr w:type="spellEnd"/>
            <w:r w:rsidRPr="00C606CC">
              <w:rPr>
                <w:sz w:val="18"/>
                <w:lang w:val="ru-RU"/>
              </w:rPr>
              <w:t>_________________________________</w:t>
            </w:r>
          </w:p>
          <w:p w14:paraId="192F19F8" w14:textId="1B0EF407" w:rsidR="00C230C6" w:rsidRPr="00C606CC" w:rsidRDefault="00BB7C1E" w:rsidP="00BB7C1E">
            <w:pPr>
              <w:spacing w:after="100"/>
              <w:rPr>
                <w:lang w:val="ru-RU"/>
              </w:rPr>
            </w:pPr>
            <w:r>
              <w:rPr>
                <w:sz w:val="14"/>
                <w:lang w:val="ru-RU"/>
              </w:rPr>
              <w:t xml:space="preserve">                                                                  </w:t>
            </w:r>
            <w:bookmarkStart w:id="0" w:name="_GoBack"/>
            <w:bookmarkEnd w:id="0"/>
            <w:r w:rsidR="00B90D7F" w:rsidRPr="00C606CC">
              <w:rPr>
                <w:sz w:val="14"/>
                <w:lang w:val="ru-RU"/>
              </w:rPr>
              <w:t xml:space="preserve"> (</w:t>
            </w:r>
            <w:proofErr w:type="spellStart"/>
            <w:r w:rsidR="00B90D7F" w:rsidRPr="00C606CC">
              <w:rPr>
                <w:sz w:val="14"/>
                <w:lang w:val="ru-RU"/>
              </w:rPr>
              <w:t>прізвище</w:t>
            </w:r>
            <w:proofErr w:type="spellEnd"/>
            <w:r w:rsidR="00B90D7F" w:rsidRPr="00C606CC">
              <w:rPr>
                <w:sz w:val="14"/>
                <w:lang w:val="ru-RU"/>
              </w:rPr>
              <w:t xml:space="preserve">, </w:t>
            </w:r>
            <w:proofErr w:type="spellStart"/>
            <w:r w:rsidR="00B90D7F" w:rsidRPr="00C606CC">
              <w:rPr>
                <w:sz w:val="14"/>
                <w:lang w:val="ru-RU"/>
              </w:rPr>
              <w:t>ім’я</w:t>
            </w:r>
            <w:proofErr w:type="spellEnd"/>
            <w:r w:rsidR="00B90D7F" w:rsidRPr="00C606CC">
              <w:rPr>
                <w:sz w:val="14"/>
                <w:lang w:val="ru-RU"/>
              </w:rPr>
              <w:t xml:space="preserve">, по </w:t>
            </w:r>
            <w:proofErr w:type="spellStart"/>
            <w:r w:rsidR="00B90D7F" w:rsidRPr="00C606CC">
              <w:rPr>
                <w:sz w:val="14"/>
                <w:lang w:val="ru-RU"/>
              </w:rPr>
              <w:t>батькові</w:t>
            </w:r>
            <w:proofErr w:type="spellEnd"/>
            <w:r w:rsidR="00B90D7F" w:rsidRPr="00C606CC">
              <w:rPr>
                <w:sz w:val="14"/>
                <w:lang w:val="ru-RU"/>
              </w:rPr>
              <w:t>)</w:t>
            </w:r>
          </w:p>
          <w:p w14:paraId="3F040CDF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направляється</w:t>
            </w:r>
            <w:proofErr w:type="spellEnd"/>
            <w:r w:rsidRPr="00C606CC">
              <w:rPr>
                <w:sz w:val="18"/>
                <w:lang w:val="ru-RU"/>
              </w:rPr>
              <w:t xml:space="preserve"> на __________________________ практику в</w:t>
            </w:r>
          </w:p>
          <w:p w14:paraId="196E8F52" w14:textId="77777777" w:rsidR="00C230C6" w:rsidRPr="00C606CC" w:rsidRDefault="00B90D7F">
            <w:pPr>
              <w:jc w:val="center"/>
              <w:rPr>
                <w:lang w:val="ru-RU"/>
              </w:rPr>
            </w:pPr>
            <w:r w:rsidRPr="00C606CC">
              <w:rPr>
                <w:sz w:val="14"/>
                <w:lang w:val="ru-RU"/>
              </w:rPr>
              <w:t xml:space="preserve">                              (вид практики)</w:t>
            </w:r>
          </w:p>
          <w:p w14:paraId="417CFB21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місто</w:t>
            </w:r>
            <w:proofErr w:type="spellEnd"/>
            <w:r w:rsidRPr="00C606CC">
              <w:rPr>
                <w:sz w:val="18"/>
                <w:lang w:val="ru-RU"/>
              </w:rPr>
              <w:t xml:space="preserve"> ____________________ на _________________________</w:t>
            </w:r>
          </w:p>
          <w:p w14:paraId="72BAFF9F" w14:textId="77777777" w:rsidR="00C230C6" w:rsidRPr="00C606CC" w:rsidRDefault="00B90D7F">
            <w:pPr>
              <w:spacing w:after="60"/>
              <w:jc w:val="center"/>
              <w:rPr>
                <w:lang w:val="ru-RU"/>
              </w:rPr>
            </w:pPr>
            <w:r w:rsidRPr="00C606CC">
              <w:rPr>
                <w:sz w:val="14"/>
                <w:lang w:val="ru-RU"/>
              </w:rPr>
              <w:t xml:space="preserve">                                      (</w:t>
            </w:r>
            <w:proofErr w:type="spellStart"/>
            <w:r w:rsidRPr="00C606CC">
              <w:rPr>
                <w:sz w:val="14"/>
                <w:lang w:val="ru-RU"/>
              </w:rPr>
              <w:t>назва</w:t>
            </w:r>
            <w:proofErr w:type="spellEnd"/>
            <w:r w:rsidRPr="00C606CC">
              <w:rPr>
                <w:sz w:val="14"/>
                <w:lang w:val="ru-RU"/>
              </w:rPr>
              <w:t xml:space="preserve"> </w:t>
            </w:r>
            <w:proofErr w:type="spellStart"/>
            <w:r w:rsidRPr="00C606CC">
              <w:rPr>
                <w:sz w:val="14"/>
                <w:lang w:val="ru-RU"/>
              </w:rPr>
              <w:t>підприємства</w:t>
            </w:r>
            <w:proofErr w:type="spellEnd"/>
            <w:r w:rsidRPr="00C606CC">
              <w:rPr>
                <w:sz w:val="14"/>
                <w:lang w:val="ru-RU"/>
              </w:rPr>
              <w:t>)</w:t>
            </w:r>
          </w:p>
          <w:p w14:paraId="0AED606A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_______________________________________________________</w:t>
            </w:r>
          </w:p>
          <w:p w14:paraId="4F987A7B" w14:textId="77777777" w:rsidR="00C230C6" w:rsidRPr="00C606CC" w:rsidRDefault="00B90D7F">
            <w:pPr>
              <w:spacing w:after="160"/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Термін</w:t>
            </w:r>
            <w:proofErr w:type="spellEnd"/>
            <w:r w:rsidRPr="00C606CC">
              <w:rPr>
                <w:sz w:val="18"/>
                <w:lang w:val="ru-RU"/>
              </w:rPr>
              <w:t xml:space="preserve"> практики: з ______________ по ___________ 20___ року</w:t>
            </w:r>
          </w:p>
          <w:p w14:paraId="279F8E76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Керівник</w:t>
            </w:r>
            <w:proofErr w:type="spellEnd"/>
            <w:r w:rsidRPr="00C606CC">
              <w:rPr>
                <w:sz w:val="18"/>
                <w:lang w:val="ru-RU"/>
              </w:rPr>
              <w:t xml:space="preserve"> практики </w:t>
            </w:r>
            <w:proofErr w:type="spellStart"/>
            <w:r w:rsidRPr="00C606CC">
              <w:rPr>
                <w:sz w:val="18"/>
                <w:lang w:val="ru-RU"/>
              </w:rPr>
              <w:t>від</w:t>
            </w:r>
            <w:proofErr w:type="spellEnd"/>
            <w:r w:rsidRPr="00C606CC">
              <w:rPr>
                <w:sz w:val="18"/>
                <w:lang w:val="ru-RU"/>
              </w:rPr>
              <w:t xml:space="preserve"> ХНУРЕ __________________________</w:t>
            </w:r>
          </w:p>
          <w:p w14:paraId="2F290D2D" w14:textId="77777777" w:rsidR="00C230C6" w:rsidRPr="00C606CC" w:rsidRDefault="00B90D7F">
            <w:pPr>
              <w:jc w:val="center"/>
              <w:rPr>
                <w:lang w:val="ru-RU"/>
              </w:rPr>
            </w:pPr>
            <w:r w:rsidRPr="00C606CC">
              <w:rPr>
                <w:sz w:val="14"/>
                <w:lang w:val="ru-RU"/>
              </w:rPr>
              <w:t xml:space="preserve">                                      (посада, </w:t>
            </w:r>
            <w:proofErr w:type="spellStart"/>
            <w:r w:rsidRPr="00C606CC">
              <w:rPr>
                <w:sz w:val="14"/>
                <w:lang w:val="ru-RU"/>
              </w:rPr>
              <w:t>ім’я</w:t>
            </w:r>
            <w:proofErr w:type="spellEnd"/>
            <w:r w:rsidRPr="00C606CC">
              <w:rPr>
                <w:sz w:val="14"/>
                <w:lang w:val="ru-RU"/>
              </w:rPr>
              <w:t xml:space="preserve"> та ПРІЗВИЩЕ)</w:t>
            </w:r>
          </w:p>
          <w:p w14:paraId="54EB35B0" w14:textId="77777777" w:rsidR="00C230C6" w:rsidRPr="00C606CC" w:rsidRDefault="00B90D7F">
            <w:pPr>
              <w:spacing w:after="160"/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_______________________________________________________</w:t>
            </w:r>
          </w:p>
          <w:p w14:paraId="5E777F92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6"/>
                <w:lang w:val="ru-RU"/>
              </w:rPr>
              <w:t>Печатка</w:t>
            </w:r>
            <w:r w:rsidRPr="00C606CC">
              <w:rPr>
                <w:sz w:val="16"/>
                <w:lang w:val="ru-RU"/>
              </w:rPr>
              <w:br/>
              <w:t>ХНУРЕ</w:t>
            </w:r>
          </w:p>
          <w:p w14:paraId="2965EDB1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 xml:space="preserve">                Декан факультету ______________________</w:t>
            </w:r>
          </w:p>
          <w:p w14:paraId="465C571F" w14:textId="77777777" w:rsidR="00C230C6" w:rsidRPr="00C606CC" w:rsidRDefault="00B90D7F">
            <w:pPr>
              <w:jc w:val="center"/>
              <w:rPr>
                <w:lang w:val="ru-RU"/>
              </w:rPr>
            </w:pPr>
            <w:r w:rsidRPr="00C606CC">
              <w:rPr>
                <w:sz w:val="14"/>
                <w:lang w:val="ru-RU"/>
              </w:rPr>
              <w:t xml:space="preserve">                                      (</w:t>
            </w:r>
            <w:proofErr w:type="spellStart"/>
            <w:r w:rsidRPr="00C606CC">
              <w:rPr>
                <w:sz w:val="14"/>
                <w:lang w:val="ru-RU"/>
              </w:rPr>
              <w:t>підпис</w:t>
            </w:r>
            <w:proofErr w:type="spellEnd"/>
            <w:r w:rsidRPr="00C606CC">
              <w:rPr>
                <w:sz w:val="14"/>
                <w:lang w:val="ru-RU"/>
              </w:rPr>
              <w:t xml:space="preserve">, </w:t>
            </w:r>
            <w:proofErr w:type="spellStart"/>
            <w:r w:rsidRPr="00C606CC">
              <w:rPr>
                <w:sz w:val="14"/>
                <w:lang w:val="ru-RU"/>
              </w:rPr>
              <w:t>ім’я</w:t>
            </w:r>
            <w:proofErr w:type="spellEnd"/>
            <w:r w:rsidRPr="00C606CC">
              <w:rPr>
                <w:sz w:val="14"/>
                <w:lang w:val="ru-RU"/>
              </w:rPr>
              <w:t>, ПРІЗВИЩЕ)</w:t>
            </w:r>
          </w:p>
          <w:p w14:paraId="5F872676" w14:textId="77777777" w:rsidR="00C230C6" w:rsidRPr="00C606CC" w:rsidRDefault="00B90D7F">
            <w:pPr>
              <w:spacing w:after="160"/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_______________________________________________________</w:t>
            </w:r>
          </w:p>
          <w:p w14:paraId="5EDB73C7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Керівник</w:t>
            </w:r>
            <w:proofErr w:type="spellEnd"/>
            <w:r w:rsidRPr="00C606CC">
              <w:rPr>
                <w:sz w:val="18"/>
                <w:lang w:val="ru-RU"/>
              </w:rPr>
              <w:t xml:space="preserve"> практики </w:t>
            </w:r>
            <w:proofErr w:type="spellStart"/>
            <w:r w:rsidRPr="00C606CC">
              <w:rPr>
                <w:sz w:val="18"/>
                <w:lang w:val="ru-RU"/>
              </w:rPr>
              <w:t>від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підприємства</w:t>
            </w:r>
            <w:proofErr w:type="spellEnd"/>
            <w:r w:rsidRPr="00C606CC">
              <w:rPr>
                <w:sz w:val="18"/>
                <w:lang w:val="ru-RU"/>
              </w:rPr>
              <w:t xml:space="preserve"> ___________________</w:t>
            </w:r>
          </w:p>
          <w:p w14:paraId="23F57D40" w14:textId="77777777" w:rsidR="00C230C6" w:rsidRPr="00C606CC" w:rsidRDefault="00B90D7F">
            <w:pPr>
              <w:jc w:val="center"/>
              <w:rPr>
                <w:lang w:val="ru-RU"/>
              </w:rPr>
            </w:pPr>
            <w:r w:rsidRPr="00C606CC">
              <w:rPr>
                <w:sz w:val="14"/>
                <w:lang w:val="ru-RU"/>
              </w:rPr>
              <w:t xml:space="preserve">                                      (посада, </w:t>
            </w:r>
            <w:proofErr w:type="spellStart"/>
            <w:r w:rsidRPr="00C606CC">
              <w:rPr>
                <w:sz w:val="14"/>
                <w:lang w:val="ru-RU"/>
              </w:rPr>
              <w:t>ім’я</w:t>
            </w:r>
            <w:proofErr w:type="spellEnd"/>
            <w:r w:rsidRPr="00C606CC">
              <w:rPr>
                <w:sz w:val="14"/>
                <w:lang w:val="ru-RU"/>
              </w:rPr>
              <w:t>, ПРІЗВИЩЕ)</w:t>
            </w:r>
          </w:p>
          <w:p w14:paraId="1BD2BF91" w14:textId="77777777" w:rsidR="00C230C6" w:rsidRPr="00C606CC" w:rsidRDefault="00B90D7F">
            <w:pPr>
              <w:spacing w:after="160"/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_______________________________________________________</w:t>
            </w:r>
          </w:p>
          <w:p w14:paraId="7F0BE3CE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Прибув</w:t>
            </w:r>
            <w:proofErr w:type="spellEnd"/>
            <w:r w:rsidRPr="00C606CC">
              <w:rPr>
                <w:sz w:val="18"/>
                <w:lang w:val="ru-RU"/>
              </w:rPr>
              <w:t xml:space="preserve"> на </w:t>
            </w:r>
            <w:proofErr w:type="spellStart"/>
            <w:r w:rsidRPr="00C606CC">
              <w:rPr>
                <w:sz w:val="18"/>
                <w:lang w:val="ru-RU"/>
              </w:rPr>
              <w:t>підприємство</w:t>
            </w:r>
            <w:proofErr w:type="spellEnd"/>
            <w:r w:rsidRPr="00C606CC">
              <w:rPr>
                <w:sz w:val="18"/>
                <w:lang w:val="ru-RU"/>
              </w:rPr>
              <w:t xml:space="preserve">, </w:t>
            </w:r>
            <w:proofErr w:type="spellStart"/>
            <w:r w:rsidRPr="00C606CC">
              <w:rPr>
                <w:sz w:val="18"/>
                <w:lang w:val="ru-RU"/>
              </w:rPr>
              <w:t>організацію</w:t>
            </w:r>
            <w:proofErr w:type="spellEnd"/>
            <w:r w:rsidRPr="00C606CC">
              <w:rPr>
                <w:sz w:val="18"/>
                <w:lang w:val="ru-RU"/>
              </w:rPr>
              <w:t xml:space="preserve">, </w:t>
            </w:r>
            <w:proofErr w:type="spellStart"/>
            <w:r w:rsidRPr="00C606CC">
              <w:rPr>
                <w:sz w:val="18"/>
                <w:lang w:val="ru-RU"/>
              </w:rPr>
              <w:t>установу</w:t>
            </w:r>
            <w:proofErr w:type="spellEnd"/>
          </w:p>
          <w:p w14:paraId="062F56A4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6"/>
                <w:lang w:val="ru-RU"/>
              </w:rPr>
              <w:t>Печатка</w:t>
            </w:r>
          </w:p>
          <w:p w14:paraId="611B8E58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4"/>
                <w:lang w:val="ru-RU"/>
              </w:rPr>
              <w:t>підприємства</w:t>
            </w:r>
            <w:proofErr w:type="spellEnd"/>
            <w:r w:rsidRPr="00C606CC">
              <w:rPr>
                <w:sz w:val="14"/>
                <w:lang w:val="ru-RU"/>
              </w:rPr>
              <w:t xml:space="preserve">, </w:t>
            </w:r>
            <w:proofErr w:type="spellStart"/>
            <w:r w:rsidRPr="00C606CC">
              <w:rPr>
                <w:sz w:val="14"/>
                <w:lang w:val="ru-RU"/>
              </w:rPr>
              <w:t>організації</w:t>
            </w:r>
            <w:proofErr w:type="spellEnd"/>
            <w:r w:rsidRPr="00C606CC">
              <w:rPr>
                <w:sz w:val="14"/>
                <w:lang w:val="ru-RU"/>
              </w:rPr>
              <w:t>, установи        «      » ______ 20___ року</w:t>
            </w:r>
          </w:p>
          <w:p w14:paraId="7930ABB8" w14:textId="77777777" w:rsidR="00C230C6" w:rsidRPr="00C606CC" w:rsidRDefault="00B90D7F">
            <w:pPr>
              <w:spacing w:before="80"/>
              <w:rPr>
                <w:lang w:val="ru-RU"/>
              </w:rPr>
            </w:pPr>
            <w:r w:rsidRPr="00C606CC">
              <w:rPr>
                <w:sz w:val="16"/>
                <w:lang w:val="ru-RU"/>
              </w:rPr>
              <w:t>______________              ___________________________________</w:t>
            </w:r>
          </w:p>
          <w:p w14:paraId="5B38A54F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2"/>
                <w:lang w:val="ru-RU"/>
              </w:rPr>
              <w:t xml:space="preserve">    (</w:t>
            </w:r>
            <w:proofErr w:type="spellStart"/>
            <w:r w:rsidRPr="00C606CC">
              <w:rPr>
                <w:sz w:val="12"/>
                <w:lang w:val="ru-RU"/>
              </w:rPr>
              <w:t>підпис</w:t>
            </w:r>
            <w:proofErr w:type="spellEnd"/>
            <w:r w:rsidRPr="00C606CC">
              <w:rPr>
                <w:sz w:val="12"/>
                <w:lang w:val="ru-RU"/>
              </w:rPr>
              <w:t xml:space="preserve">)                        (посада, </w:t>
            </w:r>
            <w:proofErr w:type="spellStart"/>
            <w:r w:rsidRPr="00C606CC">
              <w:rPr>
                <w:sz w:val="12"/>
                <w:lang w:val="ru-RU"/>
              </w:rPr>
              <w:t>ім’я</w:t>
            </w:r>
            <w:proofErr w:type="spellEnd"/>
            <w:r w:rsidRPr="00C606CC">
              <w:rPr>
                <w:sz w:val="12"/>
                <w:lang w:val="ru-RU"/>
              </w:rPr>
              <w:t xml:space="preserve">, ПРІЗВИЩЕ </w:t>
            </w:r>
            <w:proofErr w:type="spellStart"/>
            <w:r w:rsidRPr="00C606CC">
              <w:rPr>
                <w:sz w:val="12"/>
                <w:lang w:val="ru-RU"/>
              </w:rPr>
              <w:t>відповідальної</w:t>
            </w:r>
            <w:proofErr w:type="spellEnd"/>
            <w:r w:rsidRPr="00C606CC">
              <w:rPr>
                <w:sz w:val="12"/>
                <w:lang w:val="ru-RU"/>
              </w:rPr>
              <w:t xml:space="preserve"> особи)</w:t>
            </w:r>
          </w:p>
          <w:p w14:paraId="272A9E18" w14:textId="77777777" w:rsidR="00C230C6" w:rsidRPr="00C606CC" w:rsidRDefault="00C230C6">
            <w:pPr>
              <w:spacing w:after="80"/>
              <w:rPr>
                <w:lang w:val="ru-RU"/>
              </w:rPr>
            </w:pPr>
          </w:p>
          <w:p w14:paraId="28FFC2C1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Вибув</w:t>
            </w:r>
            <w:proofErr w:type="spellEnd"/>
            <w:r w:rsidRPr="00C606CC">
              <w:rPr>
                <w:sz w:val="18"/>
                <w:lang w:val="ru-RU"/>
              </w:rPr>
              <w:t xml:space="preserve">  з </w:t>
            </w:r>
            <w:proofErr w:type="spellStart"/>
            <w:r w:rsidRPr="00C606CC">
              <w:rPr>
                <w:sz w:val="18"/>
                <w:lang w:val="ru-RU"/>
              </w:rPr>
              <w:t>підприємства</w:t>
            </w:r>
            <w:proofErr w:type="spellEnd"/>
            <w:r w:rsidRPr="00C606CC">
              <w:rPr>
                <w:sz w:val="18"/>
                <w:lang w:val="ru-RU"/>
              </w:rPr>
              <w:t xml:space="preserve">, </w:t>
            </w:r>
            <w:proofErr w:type="spellStart"/>
            <w:r w:rsidRPr="00C606CC">
              <w:rPr>
                <w:sz w:val="18"/>
                <w:lang w:val="ru-RU"/>
              </w:rPr>
              <w:t>організації</w:t>
            </w:r>
            <w:proofErr w:type="spellEnd"/>
            <w:r w:rsidRPr="00C606CC">
              <w:rPr>
                <w:sz w:val="18"/>
                <w:lang w:val="ru-RU"/>
              </w:rPr>
              <w:t>, установи</w:t>
            </w:r>
          </w:p>
          <w:p w14:paraId="76DF3D40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6"/>
                <w:lang w:val="ru-RU"/>
              </w:rPr>
              <w:t>Печатка</w:t>
            </w:r>
          </w:p>
          <w:p w14:paraId="6D3DC9F7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4"/>
                <w:lang w:val="ru-RU"/>
              </w:rPr>
              <w:t>підприємства</w:t>
            </w:r>
            <w:proofErr w:type="spellEnd"/>
            <w:r w:rsidRPr="00C606CC">
              <w:rPr>
                <w:sz w:val="14"/>
                <w:lang w:val="ru-RU"/>
              </w:rPr>
              <w:t xml:space="preserve">, </w:t>
            </w:r>
            <w:proofErr w:type="spellStart"/>
            <w:r w:rsidRPr="00C606CC">
              <w:rPr>
                <w:sz w:val="14"/>
                <w:lang w:val="ru-RU"/>
              </w:rPr>
              <w:t>організації</w:t>
            </w:r>
            <w:proofErr w:type="spellEnd"/>
            <w:r w:rsidRPr="00C606CC">
              <w:rPr>
                <w:sz w:val="14"/>
                <w:lang w:val="ru-RU"/>
              </w:rPr>
              <w:t>, установи        «      » ______ 20___ року</w:t>
            </w:r>
          </w:p>
          <w:p w14:paraId="767A0389" w14:textId="77777777" w:rsidR="00C230C6" w:rsidRPr="00C606CC" w:rsidRDefault="00B90D7F">
            <w:pPr>
              <w:spacing w:before="80"/>
              <w:rPr>
                <w:lang w:val="ru-RU"/>
              </w:rPr>
            </w:pPr>
            <w:r w:rsidRPr="00C606CC">
              <w:rPr>
                <w:sz w:val="16"/>
                <w:lang w:val="ru-RU"/>
              </w:rPr>
              <w:t>______________              ___________________________________</w:t>
            </w:r>
          </w:p>
          <w:p w14:paraId="41E693E2" w14:textId="77777777" w:rsidR="00C230C6" w:rsidRPr="00C606CC" w:rsidRDefault="00B90D7F">
            <w:pPr>
              <w:rPr>
                <w:lang w:val="ru-RU"/>
              </w:rPr>
            </w:pPr>
            <w:r w:rsidRPr="00C606CC">
              <w:rPr>
                <w:sz w:val="12"/>
                <w:lang w:val="ru-RU"/>
              </w:rPr>
              <w:t xml:space="preserve">    (</w:t>
            </w:r>
            <w:proofErr w:type="spellStart"/>
            <w:r w:rsidRPr="00C606CC">
              <w:rPr>
                <w:sz w:val="12"/>
                <w:lang w:val="ru-RU"/>
              </w:rPr>
              <w:t>підпис</w:t>
            </w:r>
            <w:proofErr w:type="spellEnd"/>
            <w:r w:rsidRPr="00C606CC">
              <w:rPr>
                <w:sz w:val="12"/>
                <w:lang w:val="ru-RU"/>
              </w:rPr>
              <w:t xml:space="preserve">)                        (посада, </w:t>
            </w:r>
            <w:proofErr w:type="spellStart"/>
            <w:r w:rsidRPr="00C606CC">
              <w:rPr>
                <w:sz w:val="12"/>
                <w:lang w:val="ru-RU"/>
              </w:rPr>
              <w:t>ім’я</w:t>
            </w:r>
            <w:proofErr w:type="spellEnd"/>
            <w:r w:rsidRPr="00C606CC">
              <w:rPr>
                <w:sz w:val="12"/>
                <w:lang w:val="ru-RU"/>
              </w:rPr>
              <w:t xml:space="preserve">, ПРІЗВИЩЕ </w:t>
            </w:r>
            <w:proofErr w:type="spellStart"/>
            <w:r w:rsidRPr="00C606CC">
              <w:rPr>
                <w:sz w:val="12"/>
                <w:lang w:val="ru-RU"/>
              </w:rPr>
              <w:t>відповідальної</w:t>
            </w:r>
            <w:proofErr w:type="spellEnd"/>
            <w:r w:rsidRPr="00C606CC">
              <w:rPr>
                <w:sz w:val="12"/>
                <w:lang w:val="ru-RU"/>
              </w:rPr>
              <w:t xml:space="preserve"> особи)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5" w:type="dxa"/>
              <w:bottom w:w="0" w:type="dxa"/>
              <w:right w:w="55" w:type="dxa"/>
            </w:tcMar>
          </w:tcPr>
          <w:p w14:paraId="45C41B58" w14:textId="77777777" w:rsidR="00C230C6" w:rsidRPr="00C606CC" w:rsidRDefault="00C230C6">
            <w:pPr>
              <w:rPr>
                <w:lang w:val="ru-RU"/>
              </w:rPr>
            </w:pPr>
          </w:p>
          <w:p w14:paraId="0F59DB6F" w14:textId="77777777" w:rsidR="00C230C6" w:rsidRPr="00C606CC" w:rsidRDefault="00B90D7F">
            <w:pPr>
              <w:spacing w:after="20"/>
              <w:jc w:val="center"/>
              <w:rPr>
                <w:lang w:val="ru-RU"/>
              </w:rPr>
            </w:pPr>
            <w:r w:rsidRPr="00C606CC">
              <w:rPr>
                <w:sz w:val="18"/>
                <w:lang w:val="ru-RU"/>
              </w:rPr>
              <w:t>3</w:t>
            </w:r>
          </w:p>
          <w:p w14:paraId="0543EA59" w14:textId="77777777" w:rsidR="00C230C6" w:rsidRPr="00C606CC" w:rsidRDefault="00B90D7F">
            <w:pPr>
              <w:spacing w:after="20"/>
              <w:jc w:val="center"/>
              <w:rPr>
                <w:lang w:val="ru-RU"/>
              </w:rPr>
            </w:pPr>
            <w:proofErr w:type="spellStart"/>
            <w:r w:rsidRPr="00C606CC">
              <w:rPr>
                <w:b/>
                <w:sz w:val="22"/>
                <w:lang w:val="ru-RU"/>
              </w:rPr>
              <w:t>Календарний</w:t>
            </w:r>
            <w:proofErr w:type="spellEnd"/>
            <w:r w:rsidRPr="00C606CC">
              <w:rPr>
                <w:b/>
                <w:sz w:val="22"/>
                <w:lang w:val="ru-RU"/>
              </w:rPr>
              <w:t xml:space="preserve"> план-</w:t>
            </w:r>
            <w:proofErr w:type="spellStart"/>
            <w:r w:rsidRPr="00C606CC">
              <w:rPr>
                <w:b/>
                <w:sz w:val="22"/>
                <w:lang w:val="ru-RU"/>
              </w:rPr>
              <w:t>графік</w:t>
            </w:r>
            <w:proofErr w:type="spellEnd"/>
            <w:r w:rsidRPr="00C606CC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C606CC">
              <w:rPr>
                <w:b/>
                <w:sz w:val="22"/>
                <w:lang w:val="ru-RU"/>
              </w:rPr>
              <w:t>проходження</w:t>
            </w:r>
            <w:proofErr w:type="spellEnd"/>
            <w:r w:rsidRPr="00C606CC">
              <w:rPr>
                <w:b/>
                <w:sz w:val="22"/>
                <w:lang w:val="ru-RU"/>
              </w:rPr>
              <w:br/>
              <w:t>практики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82"/>
              <w:gridCol w:w="1446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1701"/>
            </w:tblGrid>
            <w:tr w:rsidR="00C230C6" w:rsidRPr="00BB7C1E" w14:paraId="1722A9DF" w14:textId="77777777">
              <w:trPr>
                <w:trHeight w:val="238"/>
                <w:jc w:val="center"/>
              </w:trPr>
              <w:tc>
                <w:tcPr>
                  <w:tcW w:w="48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9821494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№</w:t>
                  </w:r>
                  <w:r w:rsidRPr="00C606CC">
                    <w:rPr>
                      <w:sz w:val="14"/>
                      <w:lang w:val="ru-RU"/>
                    </w:rPr>
                    <w:br/>
                    <w:t>з/п</w:t>
                  </w:r>
                </w:p>
              </w:tc>
              <w:tc>
                <w:tcPr>
                  <w:tcW w:w="144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E5C26BE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proofErr w:type="spellStart"/>
                  <w:r w:rsidRPr="00C606CC">
                    <w:rPr>
                      <w:sz w:val="14"/>
                      <w:lang w:val="ru-RU"/>
                    </w:rPr>
                    <w:t>Назви</w:t>
                  </w:r>
                  <w:proofErr w:type="spellEnd"/>
                  <w:r w:rsidRPr="00C606CC">
                    <w:rPr>
                      <w:sz w:val="14"/>
                      <w:lang w:val="ru-RU"/>
                    </w:rPr>
                    <w:t xml:space="preserve"> </w:t>
                  </w:r>
                  <w:proofErr w:type="spellStart"/>
                  <w:r w:rsidRPr="00C606CC">
                    <w:rPr>
                      <w:sz w:val="14"/>
                      <w:lang w:val="ru-RU"/>
                    </w:rPr>
                    <w:t>робіт</w:t>
                  </w:r>
                  <w:proofErr w:type="spellEnd"/>
                </w:p>
              </w:tc>
              <w:tc>
                <w:tcPr>
                  <w:tcW w:w="3120" w:type="dxa"/>
                  <w:gridSpan w:val="1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0470A9C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proofErr w:type="spellStart"/>
                  <w:r w:rsidRPr="00C606CC">
                    <w:rPr>
                      <w:sz w:val="14"/>
                      <w:lang w:val="ru-RU"/>
                    </w:rPr>
                    <w:t>Тижні</w:t>
                  </w:r>
                  <w:proofErr w:type="spellEnd"/>
                  <w:r w:rsidRPr="00C606CC">
                    <w:rPr>
                      <w:sz w:val="14"/>
                      <w:lang w:val="ru-RU"/>
                    </w:rPr>
                    <w:t xml:space="preserve"> </w:t>
                  </w:r>
                  <w:proofErr w:type="spellStart"/>
                  <w:r w:rsidRPr="00C606CC">
                    <w:rPr>
                      <w:sz w:val="14"/>
                      <w:lang w:val="ru-RU"/>
                    </w:rPr>
                    <w:t>проходження</w:t>
                  </w:r>
                  <w:proofErr w:type="spellEnd"/>
                  <w:r w:rsidRPr="00C606CC">
                    <w:rPr>
                      <w:sz w:val="14"/>
                      <w:lang w:val="ru-RU"/>
                    </w:rPr>
                    <w:t xml:space="preserve"> практики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06ED65D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proofErr w:type="spellStart"/>
                  <w:r w:rsidRPr="00C606CC">
                    <w:rPr>
                      <w:sz w:val="14"/>
                      <w:lang w:val="ru-RU"/>
                    </w:rPr>
                    <w:t>Відмітки</w:t>
                  </w:r>
                  <w:proofErr w:type="spellEnd"/>
                  <w:r w:rsidRPr="00C606CC">
                    <w:rPr>
                      <w:sz w:val="14"/>
                      <w:lang w:val="ru-RU"/>
                    </w:rPr>
                    <w:t xml:space="preserve"> про</w:t>
                  </w:r>
                  <w:r w:rsidRPr="00C606CC">
                    <w:rPr>
                      <w:sz w:val="14"/>
                      <w:lang w:val="ru-RU"/>
                    </w:rPr>
                    <w:br/>
                  </w:r>
                  <w:proofErr w:type="spellStart"/>
                  <w:r w:rsidRPr="00C606CC">
                    <w:rPr>
                      <w:sz w:val="14"/>
                      <w:lang w:val="ru-RU"/>
                    </w:rPr>
                    <w:t>виконання</w:t>
                  </w:r>
                  <w:proofErr w:type="spellEnd"/>
                </w:p>
              </w:tc>
            </w:tr>
            <w:tr w:rsidR="00C230C6" w:rsidRPr="00BB7C1E" w14:paraId="1CE05BB8" w14:textId="77777777">
              <w:trPr>
                <w:trHeight w:val="238"/>
                <w:jc w:val="center"/>
              </w:trPr>
              <w:tc>
                <w:tcPr>
                  <w:tcW w:w="48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7DB7BB2" w14:textId="77777777" w:rsidR="00C230C6" w:rsidRPr="00C606CC" w:rsidRDefault="00C230C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A253189" w14:textId="77777777" w:rsidR="00C230C6" w:rsidRPr="00C606CC" w:rsidRDefault="00C230C6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FEA0E63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1</w:t>
                  </w: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136DFF5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13A7460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3</w:t>
                  </w: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A8F4D76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4</w:t>
                  </w: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69B6AE4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5</w:t>
                  </w: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36085CF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6</w:t>
                  </w: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8FA113E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C745675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8</w:t>
                  </w: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625A5A9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D513874" w14:textId="77777777" w:rsidR="00C230C6" w:rsidRPr="00C606CC" w:rsidRDefault="00B90D7F">
                  <w:pPr>
                    <w:jc w:val="center"/>
                    <w:rPr>
                      <w:lang w:val="ru-RU"/>
                    </w:rPr>
                  </w:pPr>
                  <w:r w:rsidRPr="00C606CC">
                    <w:rPr>
                      <w:sz w:val="14"/>
                      <w:lang w:val="ru-RU"/>
                    </w:rPr>
                    <w:t>10</w:t>
                  </w:r>
                </w:p>
              </w:tc>
              <w:tc>
                <w:tcPr>
                  <w:tcW w:w="170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FEFC835" w14:textId="77777777" w:rsidR="00C230C6" w:rsidRPr="00C606CC" w:rsidRDefault="00C230C6">
                  <w:pPr>
                    <w:rPr>
                      <w:lang w:val="ru-RU"/>
                    </w:rPr>
                  </w:pPr>
                </w:p>
              </w:tc>
            </w:tr>
            <w:tr w:rsidR="00C230C6" w:rsidRPr="00BB7C1E" w14:paraId="1E006EC0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62B59BD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81E94D5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8407BC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CDA722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35A976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56F9566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4C3465D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26F5599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4339310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99DCDC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5EBA2E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BD57BD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7FDC87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6A54DE15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1A57659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3B9E976" w14:textId="6A44C5A0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E3DFF06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B6D7B00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2145F1C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29159CF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D2F5395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BA675DD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C046724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FF5B156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FA1013C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EB9688F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9ED2944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14A32425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4D8B74D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8FCDF7D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816821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288C734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44EE77C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21378D5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00F55B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7588BF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AFDB8C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2A6870F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997F8F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637874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B4EAF2C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7F0E9177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1AE6E5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BCBE3B6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7EB8A5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2281C6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7D6769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990F45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8F9C9B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1BCB98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026BC3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90FAF6C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9C99E7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6D160D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97C427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50CE9937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CEF71F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8F34A86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87EC906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2F2DCE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A12193C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35EE1EC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A0DED6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358897D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69F65C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C10C715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AB23C2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2BAA7F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DCA9BF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46067B13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0D8B331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45F1AF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F9A707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2D94CF0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569668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78E627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C6455E1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03F931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1FAF164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30B2B80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E907A6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7B3EADF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C467515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1BF73263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1AC5695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B823AF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E1CEF5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716FD1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7F8AB21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9CA054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6394B09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F0074B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F8B095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3F14B0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AD84D3F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7182D7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5954EA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68EB5AEC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554D20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20992F5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457A12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0CD974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A315749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1EE52D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EED4C09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08AE31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B37B47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313066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BE9A111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CD4E890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EEA988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7CC0735A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80BF9AF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E768244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37066C9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A23FF1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1FD050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2B756F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E90A8E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EABCDC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0031A4D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214B3D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F4538D1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DA19CB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C05FCD0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40A4861F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E1641F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6ECE3A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8E6C940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8C36396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AD021F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DB414F1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0941FF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D9B2C54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5009E6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3C9DA6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1CCFE2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03F22B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123ACAF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47ADA76A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2BA373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CE51EA9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CD5FF8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8B8CF7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4FCA209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AE112F4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7A0F2C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48DC755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E24CCF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4D7E55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9860AA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6529C06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A3894B4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6454B9F2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BFC682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D353195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CBBF3A1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17E1A71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DC9284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91C2E9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933892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9218F8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78B4F1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666B9B0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DEE90F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43B5EFF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4B8104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62639BD7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16E706D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4DBD49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076D01D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91AB1A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601EAB6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3A1CCA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1342A4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94603C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E0C1FB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22AA12E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8761D6F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3653D5E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9411F89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  <w:tr w:rsidR="00C230C6" w:rsidRPr="00BB7C1E" w14:paraId="2E74994E" w14:textId="77777777">
              <w:trPr>
                <w:trHeight w:val="238"/>
                <w:jc w:val="center"/>
              </w:trPr>
              <w:tc>
                <w:tcPr>
                  <w:tcW w:w="4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25E757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CCD9227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156CAAED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4E607E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7C95560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1DD096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7BECA34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5D5FE430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2C1E13A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22EA351B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E0407C8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4BAB3542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02270843" w14:textId="77777777" w:rsidR="00C230C6" w:rsidRPr="00C606CC" w:rsidRDefault="00C230C6">
                  <w:pPr>
                    <w:jc w:val="center"/>
                    <w:rPr>
                      <w:lang w:val="ru-RU"/>
                    </w:rPr>
                  </w:pPr>
                </w:p>
              </w:tc>
            </w:tr>
          </w:tbl>
          <w:p w14:paraId="4A2A0A32" w14:textId="77777777" w:rsidR="00C230C6" w:rsidRPr="00C606CC" w:rsidRDefault="00C230C6">
            <w:pPr>
              <w:rPr>
                <w:lang w:val="ru-RU"/>
              </w:rPr>
            </w:pPr>
          </w:p>
          <w:p w14:paraId="49D60E3C" w14:textId="77777777" w:rsidR="00C230C6" w:rsidRPr="00C606CC" w:rsidRDefault="00C230C6">
            <w:pPr>
              <w:spacing w:after="260"/>
              <w:rPr>
                <w:lang w:val="ru-RU"/>
              </w:rPr>
            </w:pPr>
          </w:p>
          <w:p w14:paraId="33ECE71E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Керівники</w:t>
            </w:r>
            <w:proofErr w:type="spellEnd"/>
            <w:r w:rsidRPr="00C606CC">
              <w:rPr>
                <w:sz w:val="18"/>
                <w:lang w:val="ru-RU"/>
              </w:rPr>
              <w:t xml:space="preserve"> практики:</w:t>
            </w:r>
          </w:p>
          <w:p w14:paraId="226B4324" w14:textId="77777777" w:rsidR="00C230C6" w:rsidRPr="00C606CC" w:rsidRDefault="00B90D7F">
            <w:pPr>
              <w:rPr>
                <w:lang w:val="ru-RU"/>
              </w:rPr>
            </w:pPr>
            <w:proofErr w:type="spellStart"/>
            <w:r w:rsidRPr="00C606CC">
              <w:rPr>
                <w:sz w:val="18"/>
                <w:lang w:val="ru-RU"/>
              </w:rPr>
              <w:t>від</w:t>
            </w:r>
            <w:proofErr w:type="spellEnd"/>
            <w:r w:rsidRPr="00C606CC">
              <w:rPr>
                <w:sz w:val="18"/>
                <w:lang w:val="ru-RU"/>
              </w:rPr>
              <w:t xml:space="preserve"> закладу </w:t>
            </w:r>
            <w:proofErr w:type="spellStart"/>
            <w:r w:rsidRPr="00C606CC">
              <w:rPr>
                <w:sz w:val="18"/>
                <w:lang w:val="ru-RU"/>
              </w:rPr>
              <w:t>вищої</w:t>
            </w:r>
            <w:proofErr w:type="spellEnd"/>
            <w:r w:rsidRPr="00C606CC">
              <w:rPr>
                <w:sz w:val="18"/>
                <w:lang w:val="ru-RU"/>
              </w:rPr>
              <w:t xml:space="preserve"> </w:t>
            </w:r>
            <w:proofErr w:type="spellStart"/>
            <w:r w:rsidRPr="00C606CC">
              <w:rPr>
                <w:sz w:val="18"/>
                <w:lang w:val="ru-RU"/>
              </w:rPr>
              <w:t>освіти</w:t>
            </w:r>
            <w:proofErr w:type="spellEnd"/>
            <w:r w:rsidRPr="00C606CC">
              <w:rPr>
                <w:sz w:val="18"/>
                <w:lang w:val="ru-RU"/>
              </w:rPr>
              <w:t xml:space="preserve">     __________        ____________________</w:t>
            </w:r>
          </w:p>
          <w:p w14:paraId="07FB7C5F" w14:textId="2A7AE57B" w:rsidR="00C230C6" w:rsidRPr="00C606CC" w:rsidRDefault="00BB7C1E" w:rsidP="00BB7C1E">
            <w:pPr>
              <w:tabs>
                <w:tab w:val="left" w:pos="2460"/>
                <w:tab w:val="right" w:pos="7260"/>
              </w:tabs>
              <w:spacing w:after="160"/>
              <w:rPr>
                <w:lang w:val="ru-RU"/>
              </w:rPr>
            </w:pPr>
            <w:r>
              <w:rPr>
                <w:sz w:val="14"/>
                <w:lang w:val="ru-RU"/>
              </w:rPr>
              <w:tab/>
            </w:r>
            <w:r w:rsidRPr="00BB7C1E">
              <w:rPr>
                <w:sz w:val="14"/>
                <w:lang w:val="ru-RU"/>
              </w:rPr>
              <w:t>(</w:t>
            </w:r>
            <w:proofErr w:type="spellStart"/>
            <w:r w:rsidRPr="00BB7C1E">
              <w:rPr>
                <w:sz w:val="14"/>
                <w:lang w:val="ru-RU"/>
              </w:rPr>
              <w:t>підпис</w:t>
            </w:r>
            <w:proofErr w:type="spellEnd"/>
            <w:r w:rsidRPr="00BB7C1E">
              <w:rPr>
                <w:sz w:val="14"/>
                <w:lang w:val="ru-RU"/>
              </w:rPr>
              <w:t>)</w:t>
            </w:r>
            <w:r>
              <w:rPr>
                <w:sz w:val="14"/>
                <w:lang w:val="ru-RU"/>
              </w:rPr>
              <w:t xml:space="preserve">                      </w:t>
            </w:r>
            <w:r w:rsidRPr="00BB7C1E">
              <w:rPr>
                <w:sz w:val="14"/>
                <w:lang w:val="ru-RU"/>
              </w:rPr>
              <w:t>(</w:t>
            </w:r>
            <w:proofErr w:type="spellStart"/>
            <w:r w:rsidRPr="00BB7C1E">
              <w:rPr>
                <w:sz w:val="14"/>
                <w:lang w:val="ru-RU"/>
              </w:rPr>
              <w:t>ім’я</w:t>
            </w:r>
            <w:proofErr w:type="spellEnd"/>
            <w:r w:rsidRPr="00BB7C1E">
              <w:rPr>
                <w:sz w:val="14"/>
                <w:lang w:val="ru-RU"/>
              </w:rPr>
              <w:t>, ПРІЗВИЩЕ)</w:t>
            </w:r>
            <w:r w:rsidR="00B90D7F" w:rsidRPr="00C606CC">
              <w:rPr>
                <w:sz w:val="14"/>
                <w:lang w:val="ru-RU"/>
              </w:rPr>
              <w:t xml:space="preserve">                               </w:t>
            </w:r>
            <w:r>
              <w:rPr>
                <w:sz w:val="14"/>
                <w:lang w:val="ru-RU"/>
              </w:rPr>
              <w:t xml:space="preserve"> </w:t>
            </w:r>
          </w:p>
          <w:p w14:paraId="55DEF624" w14:textId="77777777" w:rsidR="00C230C6" w:rsidRPr="00BB7C1E" w:rsidRDefault="00B90D7F">
            <w:pPr>
              <w:rPr>
                <w:lang w:val="ru-RU"/>
              </w:rPr>
            </w:pPr>
            <w:proofErr w:type="spellStart"/>
            <w:r w:rsidRPr="00BB7C1E">
              <w:rPr>
                <w:sz w:val="18"/>
                <w:lang w:val="ru-RU"/>
              </w:rPr>
              <w:t>від</w:t>
            </w:r>
            <w:proofErr w:type="spellEnd"/>
            <w:r w:rsidRPr="00BB7C1E">
              <w:rPr>
                <w:sz w:val="18"/>
                <w:lang w:val="ru-RU"/>
              </w:rPr>
              <w:t xml:space="preserve"> </w:t>
            </w:r>
            <w:proofErr w:type="spellStart"/>
            <w:r w:rsidRPr="00BB7C1E">
              <w:rPr>
                <w:sz w:val="18"/>
                <w:lang w:val="ru-RU"/>
              </w:rPr>
              <w:t>підприємства</w:t>
            </w:r>
            <w:proofErr w:type="spellEnd"/>
            <w:r w:rsidRPr="00BB7C1E">
              <w:rPr>
                <w:sz w:val="18"/>
                <w:lang w:val="ru-RU"/>
              </w:rPr>
              <w:t>,</w:t>
            </w:r>
            <w:r w:rsidRPr="00BB7C1E">
              <w:rPr>
                <w:sz w:val="18"/>
                <w:lang w:val="ru-RU"/>
              </w:rPr>
              <w:br/>
            </w:r>
            <w:proofErr w:type="spellStart"/>
            <w:r w:rsidRPr="00BB7C1E">
              <w:rPr>
                <w:sz w:val="18"/>
                <w:lang w:val="ru-RU"/>
              </w:rPr>
              <w:t>організації</w:t>
            </w:r>
            <w:proofErr w:type="spellEnd"/>
            <w:r w:rsidRPr="00BB7C1E">
              <w:rPr>
                <w:sz w:val="18"/>
                <w:lang w:val="ru-RU"/>
              </w:rPr>
              <w:t>, установи          __________        ____________________</w:t>
            </w:r>
          </w:p>
          <w:p w14:paraId="6595B4AB" w14:textId="276B2865" w:rsidR="00C230C6" w:rsidRPr="00BB7C1E" w:rsidRDefault="00BB7C1E" w:rsidP="00BB7C1E">
            <w:pPr>
              <w:tabs>
                <w:tab w:val="left" w:pos="2505"/>
                <w:tab w:val="right" w:pos="7260"/>
              </w:tabs>
              <w:rPr>
                <w:lang w:val="ru-RU"/>
              </w:rPr>
            </w:pPr>
            <w:r>
              <w:rPr>
                <w:sz w:val="14"/>
                <w:lang w:val="ru-RU"/>
              </w:rPr>
              <w:tab/>
            </w:r>
            <w:r w:rsidRPr="00BB7C1E">
              <w:rPr>
                <w:sz w:val="14"/>
                <w:lang w:val="ru-RU"/>
              </w:rPr>
              <w:t>(</w:t>
            </w:r>
            <w:proofErr w:type="spellStart"/>
            <w:r w:rsidRPr="00BB7C1E">
              <w:rPr>
                <w:sz w:val="14"/>
                <w:lang w:val="ru-RU"/>
              </w:rPr>
              <w:t>підпис</w:t>
            </w:r>
            <w:proofErr w:type="spellEnd"/>
            <w:r w:rsidRPr="00BB7C1E">
              <w:rPr>
                <w:sz w:val="14"/>
                <w:lang w:val="ru-RU"/>
              </w:rPr>
              <w:t>)                (</w:t>
            </w:r>
            <w:proofErr w:type="spellStart"/>
            <w:r w:rsidRPr="00BB7C1E">
              <w:rPr>
                <w:sz w:val="14"/>
                <w:lang w:val="ru-RU"/>
              </w:rPr>
              <w:t>ім’я</w:t>
            </w:r>
            <w:proofErr w:type="spellEnd"/>
            <w:r w:rsidRPr="00BB7C1E">
              <w:rPr>
                <w:sz w:val="14"/>
                <w:lang w:val="ru-RU"/>
              </w:rPr>
              <w:t>, ПРІЗВИЩЕ)</w:t>
            </w:r>
            <w:r>
              <w:rPr>
                <w:sz w:val="14"/>
                <w:lang w:val="ru-RU"/>
              </w:rPr>
              <w:tab/>
            </w:r>
            <w:r w:rsidR="00B90D7F" w:rsidRPr="00BB7C1E">
              <w:rPr>
                <w:sz w:val="14"/>
                <w:lang w:val="ru-RU"/>
              </w:rPr>
              <w:t xml:space="preserve">                                        </w:t>
            </w:r>
          </w:p>
        </w:tc>
      </w:tr>
    </w:tbl>
    <w:p w14:paraId="44AC5FBA" w14:textId="77777777" w:rsidR="00B90D7F" w:rsidRPr="00BB7C1E" w:rsidRDefault="00B90D7F">
      <w:pPr>
        <w:rPr>
          <w:lang w:val="ru-RU"/>
        </w:rPr>
      </w:pPr>
    </w:p>
    <w:sectPr w:rsidR="00B90D7F" w:rsidRPr="00BB7C1E" w:rsidSect="00034616">
      <w:pgSz w:w="16838" w:h="11906" w:orient="landscape"/>
      <w:pgMar w:top="454" w:right="964" w:bottom="45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90D7F"/>
    <w:rsid w:val="00BB7C1E"/>
    <w:rsid w:val="00C230C6"/>
    <w:rsid w:val="00C606C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A6A787"/>
  <w14:defaultImageDpi w14:val="300"/>
  <w15:docId w15:val="{BF29CAAF-85FF-4FB3-BAAD-5E7D6B04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5C0940-E154-4DA1-A200-498ED2F2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Dima</cp:lastModifiedBy>
  <cp:revision>4</cp:revision>
  <dcterms:created xsi:type="dcterms:W3CDTF">2026-09-15T09:36:00Z</dcterms:created>
  <dcterms:modified xsi:type="dcterms:W3CDTF">2026-09-15T09:43:00Z</dcterms:modified>
  <cp:category/>
</cp:coreProperties>
</file>